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8" w:space="0" w:color="1F3A5F"/>
          <w:left w:val="single" w:sz="8" w:space="0" w:color="1F3A5F"/>
          <w:bottom w:val="single" w:sz="8" w:space="0" w:color="1F3A5F"/>
          <w:right w:val="single" w:sz="8" w:space="0" w:color="1F3A5F"/>
          <w:insideH w:val="single" w:sz="8" w:space="0" w:color="1F3A5F"/>
          <w:insideV w:val="single" w:sz="8" w:space="0" w:color="1F3A5F"/>
        </w:tblBorders>
        <w:tblLook w:val="04A0" w:firstRow="1" w:lastRow="0" w:firstColumn="1" w:lastColumn="0" w:noHBand="0" w:noVBand="1"/>
      </w:tblPr>
      <w:tblGrid>
        <w:gridCol w:w="2521"/>
        <w:gridCol w:w="540"/>
        <w:gridCol w:w="4860"/>
        <w:gridCol w:w="540"/>
        <w:gridCol w:w="2420"/>
      </w:tblGrid>
      <w:tr w:rsidR="00CA683E" w:rsidRPr="00B06AC5" w14:paraId="355C8456" w14:textId="77777777" w:rsidTr="00B06AC5">
        <w:trPr>
          <w:jc w:val="center"/>
        </w:trPr>
        <w:tc>
          <w:tcPr>
            <w:tcW w:w="2521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F3B77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سطح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محرمانگی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: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عادی</w:t>
            </w:r>
            <w:proofErr w:type="spellEnd"/>
          </w:p>
        </w:tc>
        <w:tc>
          <w:tcPr>
            <w:tcW w:w="5940" w:type="dxa"/>
            <w:gridSpan w:val="3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D20DB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>فرم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>گزارش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>نگهبانی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32"/>
                <w:szCs w:val="24"/>
              </w:rPr>
              <w:t>حراست</w:t>
            </w:r>
            <w:proofErr w:type="spellEnd"/>
          </w:p>
        </w:tc>
        <w:tc>
          <w:tcPr>
            <w:tcW w:w="24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663718" w14:textId="13CD4666" w:rsidR="00CA683E" w:rsidRPr="00B06AC5" w:rsidRDefault="00B06AC5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hyperlink r:id="rId8" w:history="1">
              <w:proofErr w:type="spellStart"/>
              <w:r w:rsidR="00000000" w:rsidRPr="00B06AC5">
                <w:rPr>
                  <w:rStyle w:val="Hyperlink"/>
                  <w:rFonts w:ascii="IRANYekanFN" w:hAnsi="IRANYekanFN" w:cs="IRANYekanFN"/>
                  <w:b/>
                  <w:szCs w:val="24"/>
                </w:rPr>
                <w:t>نرم‌افزار</w:t>
              </w:r>
              <w:proofErr w:type="spellEnd"/>
              <w:r w:rsidR="00000000" w:rsidRPr="00B06AC5">
                <w:rPr>
                  <w:rStyle w:val="Hyperlink"/>
                  <w:rFonts w:ascii="IRANYekanFN" w:hAnsi="IRANYekanFN" w:cs="IRANYekanFN"/>
                  <w:b/>
                  <w:szCs w:val="24"/>
                </w:rPr>
                <w:t xml:space="preserve"> </w:t>
              </w:r>
              <w:proofErr w:type="spellStart"/>
              <w:r w:rsidR="00000000" w:rsidRPr="00B06AC5">
                <w:rPr>
                  <w:rStyle w:val="Hyperlink"/>
                  <w:rFonts w:ascii="IRANYekanFN" w:hAnsi="IRANYekanFN" w:cs="IRANYekanFN"/>
                  <w:b/>
                  <w:szCs w:val="24"/>
                </w:rPr>
                <w:t>پاسبان</w:t>
              </w:r>
              <w:proofErr w:type="spellEnd"/>
            </w:hyperlink>
          </w:p>
        </w:tc>
      </w:tr>
      <w:tr w:rsidR="00CA683E" w:rsidRPr="00B06AC5" w14:paraId="213E099F" w14:textId="77777777" w:rsidTr="000F7BB1">
        <w:trPr>
          <w:jc w:val="center"/>
        </w:trPr>
        <w:tc>
          <w:tcPr>
            <w:tcW w:w="306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4DB14F" w14:textId="4C85ABAD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نسخه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فرم</w:t>
            </w:r>
            <w:proofErr w:type="spellEnd"/>
          </w:p>
        </w:tc>
        <w:tc>
          <w:tcPr>
            <w:tcW w:w="48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97E3E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فرم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ثبت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،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مستندسازی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پیگیری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رویدادهای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حفاظتی</w:t>
            </w:r>
            <w:proofErr w:type="spellEnd"/>
          </w:p>
        </w:tc>
        <w:tc>
          <w:tcPr>
            <w:tcW w:w="2960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0F550A" w14:textId="675D80FF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شماره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گزارش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ثبت</w:t>
            </w:r>
            <w:proofErr w:type="spellEnd"/>
          </w:p>
        </w:tc>
      </w:tr>
    </w:tbl>
    <w:p w14:paraId="6403D9F3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0" w:space="0" w:color="1F3A5F"/>
          <w:left w:val="single" w:sz="0" w:space="0" w:color="1F3A5F"/>
          <w:bottom w:val="single" w:sz="0" w:space="0" w:color="1F3A5F"/>
          <w:right w:val="single" w:sz="0" w:space="0" w:color="1F3A5F"/>
          <w:insideH w:val="single" w:sz="0" w:space="0" w:color="1F3A5F"/>
          <w:insideV w:val="single" w:sz="0" w:space="0" w:color="1F3A5F"/>
        </w:tblBorders>
        <w:tblLook w:val="04A0" w:firstRow="1" w:lastRow="0" w:firstColumn="1" w:lastColumn="0" w:noHBand="0" w:noVBand="1"/>
      </w:tblPr>
      <w:tblGrid>
        <w:gridCol w:w="10880"/>
      </w:tblGrid>
      <w:tr w:rsidR="00CA683E" w:rsidRPr="00B06AC5" w14:paraId="14E41C0F" w14:textId="77777777">
        <w:trPr>
          <w:jc w:val="center"/>
        </w:trPr>
        <w:tc>
          <w:tcPr>
            <w:tcW w:w="10880" w:type="dxa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CD312C" w14:textId="2D26B81C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اطلاعات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نگهبان</w:t>
            </w:r>
            <w:proofErr w:type="spellEnd"/>
          </w:p>
        </w:tc>
      </w:tr>
    </w:tbl>
    <w:p w14:paraId="0E153256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2720"/>
        <w:gridCol w:w="2720"/>
        <w:gridCol w:w="2720"/>
        <w:gridCol w:w="2720"/>
      </w:tblGrid>
      <w:tr w:rsidR="00CA683E" w:rsidRPr="00B06AC5" w14:paraId="4E0D9977" w14:textId="77777777">
        <w:trPr>
          <w:jc w:val="center"/>
        </w:trPr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38D147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خانوادگی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C167E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کد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پرسنلی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BD1F2E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شیفت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کاری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61FC0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نوع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گزارش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</w:tr>
      <w:tr w:rsidR="00CA683E" w:rsidRPr="00B06AC5" w14:paraId="7C753C59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4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C541AB" w14:textId="644BAB35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محل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موقعیت</w:t>
            </w:r>
            <w:proofErr w:type="spellEnd"/>
          </w:p>
        </w:tc>
      </w:tr>
    </w:tbl>
    <w:p w14:paraId="38990CA8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CA683E" w:rsidRPr="00B06AC5" w14:paraId="53B54813" w14:textId="77777777">
        <w:trPr>
          <w:jc w:val="center"/>
        </w:trPr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875947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مجموعه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78E73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ساختمان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سایت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4BDEF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ایستگاه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یا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نقطه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گشت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</w:tr>
      <w:tr w:rsidR="00CA683E" w:rsidRPr="00B06AC5" w14:paraId="0F053753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3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9AF065" w14:textId="5CBF6E91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زمان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رویداد</w:t>
            </w:r>
            <w:proofErr w:type="spellEnd"/>
          </w:p>
        </w:tc>
      </w:tr>
    </w:tbl>
    <w:p w14:paraId="56281C87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CA683E" w:rsidRPr="00B06AC5" w14:paraId="1E7088CF" w14:textId="77777777">
        <w:trPr>
          <w:jc w:val="center"/>
        </w:trPr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DB5BC8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وقوع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5CE15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ساعت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وقوع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3DD71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مدت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زمان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رویداد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</w:tr>
      <w:tr w:rsidR="00CA683E" w:rsidRPr="00B06AC5" w14:paraId="6E00D1A4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3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3D3AAC" w14:textId="440CCC19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موضوع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گزارش</w:t>
            </w:r>
            <w:proofErr w:type="spellEnd"/>
          </w:p>
        </w:tc>
      </w:tr>
    </w:tbl>
    <w:p w14:paraId="307775C4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2720"/>
        <w:gridCol w:w="2720"/>
        <w:gridCol w:w="2720"/>
        <w:gridCol w:w="2720"/>
      </w:tblGrid>
      <w:tr w:rsidR="00CA683E" w:rsidRPr="00B06AC5" w14:paraId="185576B3" w14:textId="77777777">
        <w:trPr>
          <w:jc w:val="center"/>
        </w:trPr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EDBD5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وضعیت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عادی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8583FA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حادثه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24F1D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مورد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مشکوک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5EFE7B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خرابی</w:t>
            </w:r>
            <w:proofErr w:type="spellEnd"/>
          </w:p>
        </w:tc>
      </w:tr>
      <w:tr w:rsidR="00CA683E" w:rsidRPr="00B06AC5" w14:paraId="2F4832D0" w14:textId="77777777">
        <w:trPr>
          <w:jc w:val="center"/>
        </w:trPr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B7657B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تخلف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BCD8DB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ورود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خروج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D813BD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گشت‌زنی</w:t>
            </w:r>
            <w:proofErr w:type="spellEnd"/>
          </w:p>
        </w:tc>
        <w:tc>
          <w:tcPr>
            <w:tcW w:w="272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7A0CC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سایر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>: ................</w:t>
            </w:r>
          </w:p>
        </w:tc>
      </w:tr>
      <w:tr w:rsidR="00CA683E" w:rsidRPr="00B06AC5" w14:paraId="3B776ADA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4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D22236" w14:textId="11679DD5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شرح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رویداد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مشاهدات</w:t>
            </w:r>
            <w:proofErr w:type="spellEnd"/>
          </w:p>
        </w:tc>
      </w:tr>
    </w:tbl>
    <w:p w14:paraId="6F4B0323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10880"/>
      </w:tblGrid>
      <w:tr w:rsidR="00CA683E" w:rsidRPr="00B06AC5" w14:paraId="225835C7" w14:textId="77777777">
        <w:trPr>
          <w:jc w:val="center"/>
        </w:trPr>
        <w:tc>
          <w:tcPr>
            <w:tcW w:w="108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C43CAB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Cs w:val="24"/>
              </w:rPr>
              <w:br/>
            </w:r>
            <w:r w:rsidRPr="00B06AC5">
              <w:rPr>
                <w:rFonts w:ascii="IRANYekanFN" w:hAnsi="IRANYekanFN" w:cs="IRANYekanFN"/>
                <w:szCs w:val="24"/>
              </w:rPr>
              <w:br/>
            </w:r>
            <w:r w:rsidRPr="00B06AC5">
              <w:rPr>
                <w:rFonts w:ascii="IRANYekanFN" w:hAnsi="IRANYekanFN" w:cs="IRANYekanFN"/>
                <w:szCs w:val="24"/>
              </w:rPr>
              <w:br/>
            </w:r>
            <w:r w:rsidRPr="00B06AC5">
              <w:rPr>
                <w:rFonts w:ascii="IRANYekanFN" w:hAnsi="IRANYekanFN" w:cs="IRANYekanFN"/>
                <w:szCs w:val="24"/>
              </w:rPr>
              <w:br/>
            </w:r>
          </w:p>
        </w:tc>
      </w:tr>
      <w:tr w:rsidR="00CA683E" w:rsidRPr="00B06AC5" w14:paraId="6DEAC0A3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13DBFA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lastRenderedPageBreak/>
              <w:t xml:space="preserve">۶.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اقدامات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انجام‌شده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نتیجه</w:t>
            </w:r>
            <w:proofErr w:type="spellEnd"/>
          </w:p>
        </w:tc>
      </w:tr>
    </w:tbl>
    <w:p w14:paraId="61ED1D9B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1F3A5F"/>
          <w:left w:val="single" w:sz="6" w:space="0" w:color="1F3A5F"/>
          <w:bottom w:val="single" w:sz="6" w:space="0" w:color="1F3A5F"/>
          <w:right w:val="single" w:sz="6" w:space="0" w:color="1F3A5F"/>
          <w:insideH w:val="single" w:sz="6" w:space="0" w:color="1F3A5F"/>
          <w:insideV w:val="single" w:sz="6" w:space="0" w:color="1F3A5F"/>
        </w:tblBorders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CA683E" w:rsidRPr="00B06AC5" w14:paraId="0B21E536" w14:textId="77777777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AB385B" w14:textId="226FB76A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شماره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گزارش</w:t>
            </w:r>
            <w:proofErr w:type="spellEnd"/>
          </w:p>
        </w:tc>
        <w:tc>
          <w:tcPr>
            <w:tcW w:w="3627" w:type="dxa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9DD3B3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فرم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گزارش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نگهبانی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حراست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CF4F4B" w14:textId="5D65B8CF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ثبت</w:t>
            </w:r>
            <w:proofErr w:type="spellEnd"/>
          </w:p>
        </w:tc>
      </w:tr>
      <w:tr w:rsidR="00CA683E" w:rsidRPr="00B06AC5" w14:paraId="298D1271" w14:textId="77777777" w:rsidTr="00B06AC5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1" w:type="dxa"/>
            <w:gridSpan w:val="3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6310ED" w14:textId="1F2498F9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افراد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مرتبط</w:t>
            </w:r>
            <w:proofErr w:type="spellEnd"/>
          </w:p>
        </w:tc>
      </w:tr>
    </w:tbl>
    <w:p w14:paraId="24093153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5440"/>
        <w:gridCol w:w="5440"/>
      </w:tblGrid>
      <w:tr w:rsidR="00CA683E" w:rsidRPr="00B06AC5" w14:paraId="0F7D9F38" w14:textId="77777777">
        <w:trPr>
          <w:jc w:val="center"/>
        </w:trPr>
        <w:tc>
          <w:tcPr>
            <w:tcW w:w="544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B6007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فیلد</w:t>
            </w:r>
            <w:proofErr w:type="spellEnd"/>
          </w:p>
        </w:tc>
        <w:tc>
          <w:tcPr>
            <w:tcW w:w="544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3BA6D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اطلاعات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مقدار</w:t>
            </w:r>
            <w:proofErr w:type="spellEnd"/>
          </w:p>
        </w:tc>
      </w:tr>
      <w:tr w:rsidR="00CA683E" w:rsidRPr="00B06AC5" w14:paraId="20391B51" w14:textId="77777777">
        <w:trPr>
          <w:jc w:val="center"/>
        </w:trPr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51D187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مشخصات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فرد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شاهد</w:t>
            </w:r>
            <w:proofErr w:type="spellEnd"/>
          </w:p>
        </w:tc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E00C00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..........................................................</w:t>
            </w:r>
          </w:p>
        </w:tc>
      </w:tr>
      <w:tr w:rsidR="00CA683E" w:rsidRPr="00B06AC5" w14:paraId="0E095906" w14:textId="77777777">
        <w:trPr>
          <w:jc w:val="center"/>
        </w:trPr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D9B88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سمت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یا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نوع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ارتباط</w:t>
            </w:r>
            <w:proofErr w:type="spellEnd"/>
          </w:p>
        </w:tc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8A2063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..........................................................</w:t>
            </w:r>
          </w:p>
        </w:tc>
      </w:tr>
      <w:tr w:rsidR="00CA683E" w:rsidRPr="00B06AC5" w14:paraId="67294390" w14:textId="77777777">
        <w:trPr>
          <w:jc w:val="center"/>
        </w:trPr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A8F39A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شرح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نقش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یا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اظهارات</w:t>
            </w:r>
            <w:proofErr w:type="spellEnd"/>
          </w:p>
        </w:tc>
        <w:tc>
          <w:tcPr>
            <w:tcW w:w="5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962C2B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..........................................................</w:t>
            </w:r>
          </w:p>
        </w:tc>
      </w:tr>
      <w:tr w:rsidR="00CA683E" w:rsidRPr="00B06AC5" w14:paraId="07BC4436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2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11D244" w14:textId="48D250B8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ورود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خروج</w:t>
            </w:r>
            <w:proofErr w:type="spellEnd"/>
          </w:p>
        </w:tc>
      </w:tr>
    </w:tbl>
    <w:p w14:paraId="5C91865C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2720"/>
        <w:gridCol w:w="2720"/>
        <w:gridCol w:w="2720"/>
        <w:gridCol w:w="2720"/>
      </w:tblGrid>
      <w:tr w:rsidR="00CA683E" w:rsidRPr="00B06AC5" w14:paraId="5273AF3A" w14:textId="77777777">
        <w:trPr>
          <w:jc w:val="center"/>
        </w:trPr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DC60D8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فرد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خودرو</w:t>
            </w:r>
            <w:proofErr w:type="spellEnd"/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7C2E1E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زمان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ورود</w:t>
            </w:r>
            <w:proofErr w:type="spellEnd"/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01DAB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زمان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خروج</w:t>
            </w:r>
            <w:proofErr w:type="spellEnd"/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315415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مجوز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علت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مراجعه</w:t>
            </w:r>
            <w:proofErr w:type="spellEnd"/>
          </w:p>
        </w:tc>
      </w:tr>
      <w:tr w:rsidR="00CA683E" w:rsidRPr="00B06AC5" w14:paraId="0A5243D5" w14:textId="77777777">
        <w:trPr>
          <w:jc w:val="center"/>
        </w:trPr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1618D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C2CE1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69ED41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BF8B5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</w:tr>
      <w:tr w:rsidR="00CA683E" w:rsidRPr="00B06AC5" w14:paraId="42B1AE5B" w14:textId="77777777">
        <w:trPr>
          <w:jc w:val="center"/>
        </w:trPr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00FC27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D6195D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9803A3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D071F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</w:tr>
      <w:tr w:rsidR="00CA683E" w:rsidRPr="00B06AC5" w14:paraId="046D40B4" w14:textId="77777777">
        <w:trPr>
          <w:jc w:val="center"/>
        </w:trPr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7AC2C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8F57C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288248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1AD514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</w:t>
            </w:r>
          </w:p>
        </w:tc>
      </w:tr>
      <w:tr w:rsidR="00CA683E" w:rsidRPr="00B06AC5" w14:paraId="3CD68174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4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57E419" w14:textId="7D647208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مستندات</w:t>
            </w:r>
            <w:proofErr w:type="spellEnd"/>
          </w:p>
        </w:tc>
      </w:tr>
    </w:tbl>
    <w:p w14:paraId="0C31080D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3575"/>
        <w:gridCol w:w="3768"/>
      </w:tblGrid>
      <w:tr w:rsidR="00B06AC5" w:rsidRPr="00B06AC5" w14:paraId="602902AD" w14:textId="77777777" w:rsidTr="001D686C">
        <w:trPr>
          <w:jc w:val="center"/>
        </w:trPr>
        <w:tc>
          <w:tcPr>
            <w:tcW w:w="3575" w:type="dxa"/>
            <w:shd w:val="clear" w:color="auto" w:fill="D5DEE8"/>
            <w:vAlign w:val="center"/>
          </w:tcPr>
          <w:p w14:paraId="42162DB8" w14:textId="4A4E0DFC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b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وضعیت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تعداد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پیوست</w:t>
            </w:r>
            <w:proofErr w:type="spellEnd"/>
          </w:p>
        </w:tc>
        <w:tc>
          <w:tcPr>
            <w:tcW w:w="3768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EDFDA8" w14:textId="7932E53D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نوع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مستند</w:t>
            </w:r>
            <w:proofErr w:type="spellEnd"/>
          </w:p>
        </w:tc>
      </w:tr>
      <w:tr w:rsidR="00B06AC5" w:rsidRPr="00B06AC5" w14:paraId="16FFC5DA" w14:textId="77777777" w:rsidTr="001D686C">
        <w:trPr>
          <w:jc w:val="center"/>
        </w:trPr>
        <w:tc>
          <w:tcPr>
            <w:tcW w:w="3575" w:type="dxa"/>
            <w:vAlign w:val="center"/>
          </w:tcPr>
          <w:p w14:paraId="4CEE2E5A" w14:textId="1218EB10" w:rsidR="00B06AC5" w:rsidRPr="00B06AC5" w:rsidRDefault="00B06AC5" w:rsidP="00B06AC5">
            <w:pPr>
              <w:bidi/>
              <w:spacing w:after="0"/>
              <w:jc w:val="center"/>
              <w:rPr>
                <w:rFonts w:ascii="Segoe UI Symbol" w:hAnsi="Segoe UI Symbol" w:cs="Segoe UI Symbol"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تعداد</w:t>
            </w:r>
            <w:proofErr w:type="spellEnd"/>
          </w:p>
        </w:tc>
        <w:tc>
          <w:tcPr>
            <w:tcW w:w="37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7B5886" w14:textId="3091470D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عکس</w:t>
            </w:r>
            <w:proofErr w:type="spellEnd"/>
          </w:p>
        </w:tc>
      </w:tr>
      <w:tr w:rsidR="00B06AC5" w:rsidRPr="00B06AC5" w14:paraId="54A4480D" w14:textId="77777777" w:rsidTr="001D686C">
        <w:trPr>
          <w:jc w:val="center"/>
        </w:trPr>
        <w:tc>
          <w:tcPr>
            <w:tcW w:w="3575" w:type="dxa"/>
            <w:vAlign w:val="center"/>
          </w:tcPr>
          <w:p w14:paraId="6D96F3A1" w14:textId="2322AF9B" w:rsidR="00B06AC5" w:rsidRPr="00B06AC5" w:rsidRDefault="00B06AC5" w:rsidP="00B06AC5">
            <w:pPr>
              <w:bidi/>
              <w:spacing w:after="0"/>
              <w:jc w:val="center"/>
              <w:rPr>
                <w:rFonts w:ascii="Segoe UI Symbol" w:hAnsi="Segoe UI Symbol" w:cs="Segoe UI Symbol"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تعداد</w:t>
            </w:r>
            <w:proofErr w:type="spellEnd"/>
          </w:p>
        </w:tc>
        <w:tc>
          <w:tcPr>
            <w:tcW w:w="37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3F6F7A" w14:textId="505F9B28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ویدئو</w:t>
            </w:r>
            <w:proofErr w:type="spellEnd"/>
          </w:p>
        </w:tc>
      </w:tr>
      <w:tr w:rsidR="00B06AC5" w:rsidRPr="00B06AC5" w14:paraId="3441F356" w14:textId="77777777" w:rsidTr="001D686C">
        <w:trPr>
          <w:jc w:val="center"/>
        </w:trPr>
        <w:tc>
          <w:tcPr>
            <w:tcW w:w="3575" w:type="dxa"/>
            <w:vAlign w:val="center"/>
          </w:tcPr>
          <w:p w14:paraId="4158E531" w14:textId="2C4655E8" w:rsidR="00B06AC5" w:rsidRPr="00B06AC5" w:rsidRDefault="00B06AC5" w:rsidP="00B06AC5">
            <w:pPr>
              <w:bidi/>
              <w:spacing w:after="0"/>
              <w:jc w:val="center"/>
              <w:rPr>
                <w:rFonts w:ascii="Segoe UI Symbol" w:hAnsi="Segoe UI Symbol" w:cs="Segoe UI Symbol"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تعداد</w:t>
            </w:r>
            <w:proofErr w:type="spellEnd"/>
          </w:p>
        </w:tc>
        <w:tc>
          <w:tcPr>
            <w:tcW w:w="37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75CCE3" w14:textId="7ED03AC6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فایل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صوتی</w:t>
            </w:r>
            <w:proofErr w:type="spellEnd"/>
          </w:p>
        </w:tc>
      </w:tr>
      <w:tr w:rsidR="00B06AC5" w:rsidRPr="00B06AC5" w14:paraId="2A94EC45" w14:textId="77777777" w:rsidTr="001D686C">
        <w:trPr>
          <w:jc w:val="center"/>
        </w:trPr>
        <w:tc>
          <w:tcPr>
            <w:tcW w:w="3575" w:type="dxa"/>
            <w:vAlign w:val="center"/>
          </w:tcPr>
          <w:p w14:paraId="38E93E6B" w14:textId="1BC9F289" w:rsidR="00B06AC5" w:rsidRPr="00B06AC5" w:rsidRDefault="00B06AC5" w:rsidP="00B06AC5">
            <w:pPr>
              <w:bidi/>
              <w:spacing w:after="0"/>
              <w:jc w:val="center"/>
              <w:rPr>
                <w:rFonts w:ascii="Segoe UI Symbol" w:hAnsi="Segoe UI Symbol" w:cs="Segoe UI Symbol"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تعداد</w:t>
            </w:r>
            <w:proofErr w:type="spellEnd"/>
          </w:p>
        </w:tc>
        <w:tc>
          <w:tcPr>
            <w:tcW w:w="37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0B3249" w14:textId="156BB7B1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سند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مدرک</w:t>
            </w:r>
            <w:proofErr w:type="spellEnd"/>
          </w:p>
        </w:tc>
      </w:tr>
      <w:tr w:rsidR="00B06AC5" w:rsidRPr="00B06AC5" w14:paraId="5DA00B7F" w14:textId="77777777" w:rsidTr="001D686C">
        <w:trPr>
          <w:jc w:val="center"/>
        </w:trPr>
        <w:tc>
          <w:tcPr>
            <w:tcW w:w="3575" w:type="dxa"/>
            <w:vAlign w:val="center"/>
          </w:tcPr>
          <w:p w14:paraId="6164C7EF" w14:textId="460D5584" w:rsidR="00B06AC5" w:rsidRPr="00B06AC5" w:rsidRDefault="00B06AC5" w:rsidP="00B06AC5">
            <w:pPr>
              <w:bidi/>
              <w:spacing w:after="0"/>
              <w:jc w:val="center"/>
              <w:rPr>
                <w:rFonts w:ascii="Segoe UI Symbol" w:hAnsi="Segoe UI Symbol" w:cs="Segoe UI Symbol"/>
                <w:sz w:val="18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تعداد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: </w:t>
            </w:r>
          </w:p>
        </w:tc>
        <w:tc>
          <w:tcPr>
            <w:tcW w:w="37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1FA8EA" w14:textId="6072BB38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سایر</w:t>
            </w:r>
            <w:proofErr w:type="spellEnd"/>
          </w:p>
        </w:tc>
      </w:tr>
    </w:tbl>
    <w:p w14:paraId="31F4948D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B06AC5" w:rsidRPr="00B06AC5" w14:paraId="08A54BE9" w14:textId="77777777">
        <w:trPr>
          <w:jc w:val="center"/>
        </w:trPr>
        <w:tc>
          <w:tcPr>
            <w:tcW w:w="3627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F3A943" w14:textId="5575580C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bCs/>
                <w:sz w:val="22"/>
                <w:szCs w:val="24"/>
              </w:rPr>
            </w:pPr>
            <w:r w:rsidRPr="00B06AC5">
              <w:rPr>
                <w:rFonts w:ascii="IRANYekanFN" w:hAnsi="IRANYekanFN" w:cs="IRANYekanFN" w:hint="cs"/>
                <w:bCs/>
                <w:sz w:val="12"/>
                <w:szCs w:val="18"/>
                <w:rtl/>
              </w:rPr>
              <w:t>توضیحات</w:t>
            </w:r>
          </w:p>
        </w:tc>
        <w:tc>
          <w:tcPr>
            <w:tcW w:w="3627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1201F" w14:textId="77777777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وضعیت</w:t>
            </w:r>
            <w:proofErr w:type="spellEnd"/>
          </w:p>
        </w:tc>
        <w:tc>
          <w:tcPr>
            <w:tcW w:w="3627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2A0242" w14:textId="30F69719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مورد</w:t>
            </w:r>
            <w:proofErr w:type="spellEnd"/>
          </w:p>
        </w:tc>
      </w:tr>
      <w:tr w:rsidR="00B06AC5" w:rsidRPr="00B06AC5" w14:paraId="11133919" w14:textId="77777777" w:rsidTr="00D44385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5DEA62" w14:textId="49F7321B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t>......................</w:t>
            </w:r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F5890B" w14:textId="77777777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سالم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ایراد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ازکارافتاده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9743DC" w14:textId="0D01CBE1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دوربین‌ها</w:t>
            </w:r>
            <w:proofErr w:type="spellEnd"/>
          </w:p>
        </w:tc>
      </w:tr>
      <w:tr w:rsidR="00B06AC5" w:rsidRPr="00B06AC5" w14:paraId="2D367157" w14:textId="77777777" w:rsidTr="00D44385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823652" w14:textId="5283ADC5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lastRenderedPageBreak/>
              <w:t>......................</w:t>
            </w:r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6AB126" w14:textId="77777777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سالم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ایراد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ازکارافتاده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1AAB9D" w14:textId="5C12DD8D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درب‌ها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ورودی‌ها</w:t>
            </w:r>
            <w:proofErr w:type="spellEnd"/>
          </w:p>
        </w:tc>
      </w:tr>
      <w:tr w:rsidR="00B06AC5" w:rsidRPr="00B06AC5" w14:paraId="5D629EFC" w14:textId="77777777" w:rsidTr="00D44385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A6DF23" w14:textId="5865EC0E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t>......................</w:t>
            </w:r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CB14F6" w14:textId="77777777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سالم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ایراد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ازکارافتاده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EFF3A4" w14:textId="1BE43406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تجهیزات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حفاظتی</w:t>
            </w:r>
            <w:proofErr w:type="spellEnd"/>
          </w:p>
        </w:tc>
      </w:tr>
      <w:tr w:rsidR="00B06AC5" w:rsidRPr="00B06AC5" w14:paraId="77B00B84" w14:textId="77777777" w:rsidTr="00D44385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7A2388" w14:textId="6214940B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t>......................</w:t>
            </w:r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1E729" w14:textId="77777777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سالم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ایراد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ازکارافتاده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FDBFB3" w14:textId="20D06288" w:rsidR="00B06AC5" w:rsidRPr="00B06AC5" w:rsidRDefault="00B06AC5" w:rsidP="00B06AC5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تأسیسات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تجهیزات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حساس</w:t>
            </w:r>
            <w:proofErr w:type="spellEnd"/>
          </w:p>
        </w:tc>
      </w:tr>
      <w:tr w:rsidR="00CA683E" w:rsidRPr="00B06AC5" w14:paraId="67C2C9B0" w14:textId="77777777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B6D0D2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وضعیت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کلی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75EA84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سالم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ایراد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ازکارافتاده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2CF2C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............................</w:t>
            </w:r>
          </w:p>
        </w:tc>
      </w:tr>
      <w:tr w:rsidR="00CA683E" w:rsidRPr="00B06AC5" w14:paraId="091B1F9F" w14:textId="77777777" w:rsidTr="00B06AC5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1" w:type="dxa"/>
            <w:gridSpan w:val="3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C044C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۱۱.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موقعیت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مکانی</w:t>
            </w:r>
            <w:proofErr w:type="spellEnd"/>
          </w:p>
        </w:tc>
      </w:tr>
    </w:tbl>
    <w:p w14:paraId="7098D95F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5440"/>
        <w:gridCol w:w="5440"/>
      </w:tblGrid>
      <w:tr w:rsidR="00CA683E" w:rsidRPr="00B06AC5" w14:paraId="0DA71FC1" w14:textId="77777777">
        <w:trPr>
          <w:jc w:val="center"/>
        </w:trPr>
        <w:tc>
          <w:tcPr>
            <w:tcW w:w="544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D7FDB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ایستگاه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/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موقعیت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ثبت‌شده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  <w:tc>
          <w:tcPr>
            <w:tcW w:w="5440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2CEDA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GPS (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در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صورت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استفاده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از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سامانه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دیجیتال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)</w:t>
            </w:r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br/>
              <w:t>........................................</w:t>
            </w:r>
          </w:p>
        </w:tc>
      </w:tr>
      <w:tr w:rsidR="00CA683E" w:rsidRPr="00B06AC5" w14:paraId="627AC694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2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79E60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۱۲.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اقدام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بعدی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پیگیری</w:t>
            </w:r>
            <w:proofErr w:type="spellEnd"/>
          </w:p>
        </w:tc>
      </w:tr>
    </w:tbl>
    <w:p w14:paraId="1B20F768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2720"/>
        <w:gridCol w:w="2720"/>
        <w:gridCol w:w="2720"/>
        <w:gridCol w:w="2720"/>
      </w:tblGrid>
      <w:tr w:rsidR="00CA683E" w:rsidRPr="00B06AC5" w14:paraId="432D6F41" w14:textId="77777777">
        <w:trPr>
          <w:jc w:val="center"/>
        </w:trPr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C009E0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نیاز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به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پیگیری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؟</w:t>
            </w:r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47BFF4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مسئول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پیگیری</w:t>
            </w:r>
            <w:proofErr w:type="spellEnd"/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BA47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مهلت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انجام</w:t>
            </w:r>
            <w:proofErr w:type="spellEnd"/>
          </w:p>
        </w:tc>
        <w:tc>
          <w:tcPr>
            <w:tcW w:w="2720" w:type="dxa"/>
            <w:shd w:val="clear" w:color="auto" w:fill="D5DEE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02601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وضعیت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پیگیری</w:t>
            </w:r>
            <w:proofErr w:type="spellEnd"/>
          </w:p>
        </w:tc>
      </w:tr>
      <w:tr w:rsidR="00CA683E" w:rsidRPr="00B06AC5" w14:paraId="14228090" w14:textId="77777777">
        <w:trPr>
          <w:jc w:val="center"/>
        </w:trPr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11F817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بله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خیر</w:t>
            </w:r>
            <w:proofErr w:type="spellEnd"/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675E4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988E0E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6"/>
                <w:szCs w:val="24"/>
              </w:rPr>
              <w:t>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8E74C6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B06AC5">
              <w:rPr>
                <w:rFonts w:ascii="IRANYekanFN" w:hAnsi="IRANYekanFN" w:cs="IRANYekanFN"/>
                <w:sz w:val="16"/>
                <w:szCs w:val="24"/>
              </w:rPr>
              <w:t>باز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proofErr w:type="gram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درحال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پیگیری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 </w:t>
            </w:r>
            <w:r w:rsidRPr="00B06AC5">
              <w:rPr>
                <w:rFonts w:ascii="Segoe UI Symbol" w:hAnsi="Segoe UI Symbol" w:cs="Segoe UI Symbol"/>
                <w:sz w:val="16"/>
                <w:szCs w:val="24"/>
              </w:rPr>
              <w:t>☐</w:t>
            </w:r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انجام</w:t>
            </w:r>
            <w:proofErr w:type="spellEnd"/>
            <w:r w:rsidRPr="00B06AC5">
              <w:rPr>
                <w:rFonts w:ascii="IRANYekanFN" w:hAnsi="IRANYekanFN" w:cs="IRANYekanFN"/>
                <w:sz w:val="16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6"/>
                <w:szCs w:val="24"/>
              </w:rPr>
              <w:t>شد</w:t>
            </w:r>
            <w:proofErr w:type="spellEnd"/>
          </w:p>
        </w:tc>
      </w:tr>
      <w:tr w:rsidR="00CA683E" w:rsidRPr="00B06AC5" w14:paraId="53520DD7" w14:textId="77777777">
        <w:trPr>
          <w:jc w:val="center"/>
        </w:trPr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AAC35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نتیجه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نهایی</w:t>
            </w:r>
            <w:proofErr w:type="spellEnd"/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15C9AF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sz w:val="18"/>
                <w:szCs w:val="24"/>
              </w:rPr>
              <w:t>................................................</w:t>
            </w: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E724ED" w14:textId="77777777" w:rsidR="00CA683E" w:rsidRPr="00B06AC5" w:rsidRDefault="00CA683E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</w:p>
        </w:tc>
        <w:tc>
          <w:tcPr>
            <w:tcW w:w="2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807695" w14:textId="77777777" w:rsidR="00CA683E" w:rsidRPr="00B06AC5" w:rsidRDefault="00CA683E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</w:p>
        </w:tc>
      </w:tr>
      <w:tr w:rsidR="00CA683E" w:rsidRPr="00B06AC5" w14:paraId="5EFE61DC" w14:textId="77777777">
        <w:tblPrEx>
          <w:tblBorders>
            <w:top w:val="single" w:sz="0" w:space="0" w:color="1F3A5F"/>
            <w:left w:val="single" w:sz="0" w:space="0" w:color="1F3A5F"/>
            <w:bottom w:val="single" w:sz="0" w:space="0" w:color="1F3A5F"/>
            <w:right w:val="single" w:sz="0" w:space="0" w:color="1F3A5F"/>
            <w:insideH w:val="single" w:sz="0" w:space="0" w:color="1F3A5F"/>
            <w:insideV w:val="single" w:sz="0" w:space="0" w:color="1F3A5F"/>
          </w:tblBorders>
        </w:tblPrEx>
        <w:trPr>
          <w:jc w:val="center"/>
        </w:trPr>
        <w:tc>
          <w:tcPr>
            <w:tcW w:w="10880" w:type="dxa"/>
            <w:gridSpan w:val="4"/>
            <w:shd w:val="clear" w:color="auto" w:fill="1F3A5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E9D789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۱۳.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تأیید</w:t>
            </w:r>
            <w:proofErr w:type="spellEnd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color w:val="FFFFFF"/>
                <w:sz w:val="22"/>
                <w:szCs w:val="24"/>
              </w:rPr>
              <w:t>گزارش</w:t>
            </w:r>
            <w:proofErr w:type="spellEnd"/>
          </w:p>
        </w:tc>
      </w:tr>
    </w:tbl>
    <w:p w14:paraId="5FFD0C83" w14:textId="77777777" w:rsidR="00CA683E" w:rsidRPr="00B06AC5" w:rsidRDefault="00CA683E" w:rsidP="000F7BB1">
      <w:pPr>
        <w:bidi/>
        <w:spacing w:after="20"/>
        <w:jc w:val="center"/>
        <w:rPr>
          <w:rFonts w:ascii="IRANYekanFN" w:hAnsi="IRANYekanFN" w:cs="IRANYekanFN"/>
          <w:sz w:val="22"/>
          <w:szCs w:val="24"/>
        </w:rPr>
      </w:pPr>
    </w:p>
    <w:tbl>
      <w:tblPr>
        <w:tblW w:w="0" w:type="auto"/>
        <w:jc w:val="center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CA683E" w:rsidRPr="00B06AC5" w14:paraId="09E493FB" w14:textId="77777777">
        <w:trPr>
          <w:jc w:val="center"/>
        </w:trPr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D5E465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نگهبان</w:t>
            </w:r>
            <w:proofErr w:type="spellEnd"/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A7B242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سرشیفت</w:t>
            </w:r>
            <w:proofErr w:type="spellEnd"/>
          </w:p>
        </w:tc>
        <w:tc>
          <w:tcPr>
            <w:tcW w:w="3627" w:type="dxa"/>
            <w:shd w:val="clear" w:color="auto" w:fill="EAF0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6E7753" w14:textId="77777777" w:rsidR="00CA683E" w:rsidRPr="00B06AC5" w:rsidRDefault="00000000" w:rsidP="000F7BB1">
            <w:pPr>
              <w:bidi/>
              <w:spacing w:after="0"/>
              <w:jc w:val="center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مدیر</w:t>
            </w:r>
            <w:proofErr w:type="spellEnd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b/>
                <w:sz w:val="18"/>
                <w:szCs w:val="24"/>
              </w:rPr>
              <w:t>حراست</w:t>
            </w:r>
            <w:proofErr w:type="spellEnd"/>
          </w:p>
        </w:tc>
      </w:tr>
      <w:tr w:rsidR="00CA683E" w:rsidRPr="00B06AC5" w14:paraId="41CF55DD" w14:textId="77777777">
        <w:trPr>
          <w:jc w:val="center"/>
        </w:trPr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0DBC15" w14:textId="50F950B5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خانوادگی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امضا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ساعت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F53870" w14:textId="32D12CF2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خانوادگی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امضا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ساعت</w:t>
            </w:r>
            <w:proofErr w:type="spellEnd"/>
          </w:p>
        </w:tc>
        <w:tc>
          <w:tcPr>
            <w:tcW w:w="362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82ED1E" w14:textId="30DC1511" w:rsidR="00CA683E" w:rsidRPr="00B06AC5" w:rsidRDefault="00000000" w:rsidP="00B06AC5">
            <w:pPr>
              <w:bidi/>
              <w:spacing w:after="0"/>
              <w:rPr>
                <w:rFonts w:ascii="IRANYekanFN" w:hAnsi="IRANYekanFN" w:cs="IRANYekanFN"/>
                <w:sz w:val="22"/>
                <w:szCs w:val="24"/>
              </w:rPr>
            </w:pP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نام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خانوادگی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امضا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br/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تاریخ</w:t>
            </w:r>
            <w:proofErr w:type="spellEnd"/>
            <w:r w:rsidRPr="00B06AC5">
              <w:rPr>
                <w:rFonts w:ascii="IRANYekanFN" w:hAnsi="IRANYekanFN" w:cs="IRANYekanFN"/>
                <w:sz w:val="18"/>
                <w:szCs w:val="24"/>
              </w:rPr>
              <w:t xml:space="preserve"> و </w:t>
            </w:r>
            <w:proofErr w:type="spellStart"/>
            <w:r w:rsidRPr="00B06AC5">
              <w:rPr>
                <w:rFonts w:ascii="IRANYekanFN" w:hAnsi="IRANYekanFN" w:cs="IRANYekanFN"/>
                <w:sz w:val="18"/>
                <w:szCs w:val="24"/>
              </w:rPr>
              <w:t>ساعت</w:t>
            </w:r>
            <w:proofErr w:type="spellEnd"/>
          </w:p>
        </w:tc>
      </w:tr>
    </w:tbl>
    <w:p w14:paraId="4A1DE171" w14:textId="77777777" w:rsidR="00336C51" w:rsidRPr="00B06AC5" w:rsidRDefault="00336C51" w:rsidP="000F7BB1">
      <w:pPr>
        <w:bidi/>
        <w:jc w:val="center"/>
        <w:rPr>
          <w:rFonts w:ascii="IRANYekanFN" w:hAnsi="IRANYekanFN" w:cs="IRANYekanFN"/>
          <w:sz w:val="22"/>
          <w:szCs w:val="24"/>
        </w:rPr>
      </w:pPr>
    </w:p>
    <w:sectPr w:rsidR="00336C51" w:rsidRPr="00B06AC5" w:rsidSect="00034616">
      <w:footerReference w:type="default" r:id="rId9"/>
      <w:pgSz w:w="12240" w:h="15840"/>
      <w:pgMar w:top="652" w:right="680" w:bottom="652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8A433" w14:textId="77777777" w:rsidR="00336C51" w:rsidRDefault="00336C51">
      <w:pPr>
        <w:spacing w:after="0" w:line="240" w:lineRule="auto"/>
      </w:pPr>
      <w:r>
        <w:separator/>
      </w:r>
    </w:p>
  </w:endnote>
  <w:endnote w:type="continuationSeparator" w:id="0">
    <w:p w14:paraId="584E55C6" w14:textId="77777777" w:rsidR="00336C51" w:rsidRDefault="0033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RANYekanFN">
    <w:panose1 w:val="020B0506030804020204"/>
    <w:charset w:val="00"/>
    <w:family w:val="swiss"/>
    <w:pitch w:val="variable"/>
    <w:sig w:usb0="00002003" w:usb1="0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B302" w14:textId="27E90B67" w:rsidR="00854C6A" w:rsidRPr="000F7BB1" w:rsidRDefault="00000000">
    <w:pPr>
      <w:pStyle w:val="Footer"/>
      <w:jc w:val="center"/>
      <w:rPr>
        <w:rFonts w:ascii="IRANYekanFN" w:hAnsi="IRANYekanFN" w:cs="IRANYekanFN"/>
        <w:sz w:val="12"/>
        <w:szCs w:val="18"/>
      </w:rPr>
    </w:pPr>
    <w:proofErr w:type="spellStart"/>
    <w:r w:rsidRPr="000F7BB1">
      <w:rPr>
        <w:rFonts w:ascii="IRANYekanFN" w:hAnsi="IRANYekanFN" w:cs="IRANYekanFN"/>
        <w:sz w:val="12"/>
        <w:szCs w:val="18"/>
      </w:rPr>
      <w:t>فرم</w:t>
    </w:r>
    <w:proofErr w:type="spellEnd"/>
    <w:r w:rsidRPr="000F7BB1">
      <w:rPr>
        <w:rFonts w:ascii="IRANYekanFN" w:hAnsi="IRANYekanFN" w:cs="IRANYekanFN"/>
        <w:sz w:val="12"/>
        <w:szCs w:val="18"/>
      </w:rPr>
      <w:t xml:space="preserve"> </w:t>
    </w:r>
    <w:proofErr w:type="spellStart"/>
    <w:r w:rsidRPr="000F7BB1">
      <w:rPr>
        <w:rFonts w:ascii="IRANYekanFN" w:hAnsi="IRANYekanFN" w:cs="IRANYekanFN"/>
        <w:sz w:val="12"/>
        <w:szCs w:val="18"/>
      </w:rPr>
      <w:t>گزارش</w:t>
    </w:r>
    <w:proofErr w:type="spellEnd"/>
    <w:r w:rsidRPr="000F7BB1">
      <w:rPr>
        <w:rFonts w:ascii="IRANYekanFN" w:hAnsi="IRANYekanFN" w:cs="IRANYekanFN"/>
        <w:sz w:val="12"/>
        <w:szCs w:val="18"/>
      </w:rPr>
      <w:t xml:space="preserve"> </w:t>
    </w:r>
    <w:proofErr w:type="spellStart"/>
    <w:r w:rsidRPr="000F7BB1">
      <w:rPr>
        <w:rFonts w:ascii="IRANYekanFN" w:hAnsi="IRANYekanFN" w:cs="IRANYekanFN"/>
        <w:sz w:val="12"/>
        <w:szCs w:val="18"/>
      </w:rPr>
      <w:t>نگهبانی</w:t>
    </w:r>
    <w:proofErr w:type="spellEnd"/>
    <w:r w:rsidRPr="000F7BB1">
      <w:rPr>
        <w:rFonts w:ascii="IRANYekanFN" w:hAnsi="IRANYekanFN" w:cs="IRANYekanFN"/>
        <w:sz w:val="12"/>
        <w:szCs w:val="18"/>
      </w:rPr>
      <w:t xml:space="preserve"> و </w:t>
    </w:r>
    <w:proofErr w:type="spellStart"/>
    <w:r w:rsidRPr="000F7BB1">
      <w:rPr>
        <w:rFonts w:ascii="IRANYekanFN" w:hAnsi="IRANYekanFN" w:cs="IRANYekanFN"/>
        <w:sz w:val="12"/>
        <w:szCs w:val="18"/>
      </w:rPr>
      <w:t>حراست</w:t>
    </w:r>
    <w:proofErr w:type="spellEnd"/>
    <w:r w:rsidRPr="000F7BB1">
      <w:rPr>
        <w:rFonts w:ascii="IRANYekanFN" w:hAnsi="IRANYekanFN" w:cs="IRANYekanFN"/>
        <w:sz w:val="12"/>
        <w:szCs w:val="18"/>
      </w:rPr>
      <w:t xml:space="preserve"> | </w:t>
    </w:r>
    <w:proofErr w:type="spellStart"/>
    <w:r w:rsidRPr="000F7BB1">
      <w:rPr>
        <w:rFonts w:ascii="IRANYekanFN" w:hAnsi="IRANYekanFN" w:cs="IRANYekanFN"/>
        <w:sz w:val="12"/>
        <w:szCs w:val="18"/>
      </w:rPr>
      <w:t>نسخه</w:t>
    </w:r>
    <w:proofErr w:type="spellEnd"/>
    <w:r w:rsidRPr="000F7BB1">
      <w:rPr>
        <w:rFonts w:ascii="IRANYekanFN" w:hAnsi="IRANYekanFN" w:cs="IRANYekanFN"/>
        <w:sz w:val="12"/>
        <w:szCs w:val="18"/>
      </w:rPr>
      <w:t xml:space="preserve"> </w:t>
    </w:r>
    <w:proofErr w:type="spellStart"/>
    <w:r w:rsidRPr="000F7BB1">
      <w:rPr>
        <w:rFonts w:ascii="IRANYekanFN" w:hAnsi="IRANYekanFN" w:cs="IRANYekanFN"/>
        <w:sz w:val="12"/>
        <w:szCs w:val="18"/>
      </w:rPr>
      <w:t>سازمانی</w:t>
    </w:r>
    <w:proofErr w:type="spellEnd"/>
    <w:r w:rsidR="00AD7AF5" w:rsidRPr="000F7BB1">
      <w:rPr>
        <w:rFonts w:ascii="IRANYekanFN" w:hAnsi="IRANYekanFN" w:cs="IRANYekanFN"/>
        <w:sz w:val="12"/>
        <w:szCs w:val="18"/>
        <w:rtl/>
      </w:rPr>
      <w:t xml:space="preserve">                      </w:t>
    </w:r>
    <w:r w:rsidR="00B06AC5" w:rsidRPr="000F7BB1">
      <w:rPr>
        <w:rFonts w:ascii="IRANYekanFN" w:hAnsi="IRANYekanFN" w:cs="IRANYekanFN"/>
        <w:noProof/>
        <w:sz w:val="12"/>
        <w:szCs w:val="18"/>
        <w:rtl/>
        <w:lang w:val="ar-SA"/>
      </w:rPr>
      <w:drawing>
        <wp:inline distT="0" distB="0" distL="0" distR="0" wp14:anchorId="326730CE" wp14:editId="3BC82621">
          <wp:extent cx="342900" cy="342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826" cy="345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7AF5" w:rsidRPr="000F7BB1">
      <w:rPr>
        <w:rFonts w:ascii="IRANYekanFN" w:hAnsi="IRANYekanFN" w:cs="IRANYekanFN"/>
        <w:sz w:val="12"/>
        <w:szCs w:val="18"/>
        <w:rtl/>
      </w:rPr>
      <w:t xml:space="preserve">                       </w:t>
    </w:r>
    <w:proofErr w:type="spellStart"/>
    <w:r w:rsidRPr="000F7BB1">
      <w:rPr>
        <w:rFonts w:ascii="IRANYekanFN" w:hAnsi="IRANYekanFN" w:cs="IRANYekanFN"/>
        <w:sz w:val="15"/>
      </w:rPr>
      <w:t>نرم‌افزار</w:t>
    </w:r>
    <w:proofErr w:type="spellEnd"/>
    <w:r w:rsidRPr="000F7BB1">
      <w:rPr>
        <w:rFonts w:ascii="IRANYekanFN" w:hAnsi="IRANYekanFN" w:cs="IRANYekanFN"/>
        <w:sz w:val="15"/>
      </w:rPr>
      <w:t xml:space="preserve"> </w:t>
    </w:r>
    <w:proofErr w:type="spellStart"/>
    <w:r w:rsidRPr="000F7BB1">
      <w:rPr>
        <w:rFonts w:ascii="IRANYekanFN" w:hAnsi="IRANYekanFN" w:cs="IRANYekanFN"/>
        <w:sz w:val="15"/>
      </w:rPr>
      <w:t>پاسبان</w:t>
    </w:r>
    <w:proofErr w:type="spellEnd"/>
    <w:r w:rsidRPr="000F7BB1">
      <w:rPr>
        <w:rFonts w:ascii="IRANYekanFN" w:hAnsi="IRANYekanFN" w:cs="IRANYekanFN"/>
        <w:sz w:val="15"/>
      </w:rPr>
      <w:t xml:space="preserve">   </w:t>
    </w:r>
    <w:proofErr w:type="spellStart"/>
    <w:r w:rsidRPr="000F7BB1">
      <w:rPr>
        <w:rFonts w:ascii="IRANYekanFN" w:hAnsi="IRANYekanFN" w:cs="IRANYekanFN"/>
        <w:sz w:val="15"/>
      </w:rPr>
      <w:t>صفحه</w:t>
    </w:r>
    <w:proofErr w:type="spellEnd"/>
    <w:r w:rsidRPr="000F7BB1">
      <w:rPr>
        <w:rFonts w:ascii="IRANYekanFN" w:hAnsi="IRANYekanFN" w:cs="IRANYekanFN"/>
        <w:sz w:val="15"/>
      </w:rPr>
      <w:t xml:space="preserve"> </w:t>
    </w:r>
    <w:r w:rsidRPr="000F7BB1">
      <w:rPr>
        <w:rFonts w:ascii="IRANYekanFN" w:hAnsi="IRANYekanFN" w:cs="IRANYekanFN"/>
      </w:rPr>
      <w:fldChar w:fldCharType="begin"/>
    </w:r>
    <w:r w:rsidRPr="000F7BB1">
      <w:rPr>
        <w:rFonts w:ascii="IRANYekanFN" w:hAnsi="IRANYekanFN" w:cs="IRANYekanFN"/>
      </w:rPr>
      <w:instrText>PAGE</w:instrText>
    </w:r>
    <w:r w:rsidRPr="000F7BB1">
      <w:rPr>
        <w:rFonts w:ascii="IRANYekanFN" w:hAnsi="IRANYekanFN" w:cs="IRANYekanFN"/>
      </w:rPr>
      <w:fldChar w:fldCharType="separate"/>
    </w:r>
    <w:r w:rsidR="000F7BB1" w:rsidRPr="000F7BB1">
      <w:rPr>
        <w:rFonts w:ascii="IRANYekanFN" w:hAnsi="IRANYekanFN" w:cs="IRANYekanFN"/>
        <w:noProof/>
      </w:rPr>
      <w:t>1</w:t>
    </w:r>
    <w:r w:rsidRPr="000F7BB1">
      <w:rPr>
        <w:rFonts w:ascii="IRANYekanFN" w:hAnsi="IRANYekanFN" w:cs="IRANYekanF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420B6" w14:textId="77777777" w:rsidR="00336C51" w:rsidRDefault="00336C51">
      <w:pPr>
        <w:spacing w:after="0" w:line="240" w:lineRule="auto"/>
      </w:pPr>
      <w:r>
        <w:separator/>
      </w:r>
    </w:p>
  </w:footnote>
  <w:footnote w:type="continuationSeparator" w:id="0">
    <w:p w14:paraId="727B1406" w14:textId="77777777" w:rsidR="00336C51" w:rsidRDefault="00336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3567860">
    <w:abstractNumId w:val="8"/>
  </w:num>
  <w:num w:numId="2" w16cid:durableId="539365008">
    <w:abstractNumId w:val="6"/>
  </w:num>
  <w:num w:numId="3" w16cid:durableId="1264731374">
    <w:abstractNumId w:val="5"/>
  </w:num>
  <w:num w:numId="4" w16cid:durableId="893277607">
    <w:abstractNumId w:val="4"/>
  </w:num>
  <w:num w:numId="5" w16cid:durableId="1447696013">
    <w:abstractNumId w:val="7"/>
  </w:num>
  <w:num w:numId="6" w16cid:durableId="1895582946">
    <w:abstractNumId w:val="3"/>
  </w:num>
  <w:num w:numId="7" w16cid:durableId="1190485908">
    <w:abstractNumId w:val="2"/>
  </w:num>
  <w:num w:numId="8" w16cid:durableId="404255926">
    <w:abstractNumId w:val="1"/>
  </w:num>
  <w:num w:numId="9" w16cid:durableId="121492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7BB1"/>
    <w:rsid w:val="0015074B"/>
    <w:rsid w:val="0029639D"/>
    <w:rsid w:val="00326F90"/>
    <w:rsid w:val="00336C51"/>
    <w:rsid w:val="00854C6A"/>
    <w:rsid w:val="00865170"/>
    <w:rsid w:val="00AA1D8D"/>
    <w:rsid w:val="00AD7AF5"/>
    <w:rsid w:val="00B06AC5"/>
    <w:rsid w:val="00B47730"/>
    <w:rsid w:val="00CA683E"/>
    <w:rsid w:val="00CB0664"/>
    <w:rsid w:val="00CF15FA"/>
    <w:rsid w:val="00D64A00"/>
    <w:rsid w:val="00EB7C8C"/>
    <w:rsid w:val="00F91B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1AEDD"/>
  <w14:defaultImageDpi w14:val="300"/>
  <w15:docId w15:val="{81747508-9C52-4BCE-AB66-261E95BD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B Nazanin" w:eastAsia="B Nazanin" w:hAnsi="B Nazani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F15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banguard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Saman</cp:lastModifiedBy>
  <cp:revision>6</cp:revision>
  <dcterms:created xsi:type="dcterms:W3CDTF">2013-12-23T23:15:00Z</dcterms:created>
  <dcterms:modified xsi:type="dcterms:W3CDTF">2026-08-09T10:50:00Z</dcterms:modified>
  <cp:category/>
</cp:coreProperties>
</file>